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D27D6" w14:textId="0945515B" w:rsidR="00C731D8" w:rsidRPr="00496C99" w:rsidRDefault="00000000" w:rsidP="00496C99">
      <w:pPr>
        <w:bidi/>
        <w:spacing w:after="480"/>
        <w:jc w:val="center"/>
        <w:rPr>
          <w:rFonts w:ascii="Simplified Arabic" w:hAnsi="Simplified Arabic" w:cs="Simplified Arabic"/>
          <w:bCs/>
          <w:sz w:val="32"/>
          <w:szCs w:val="32"/>
          <w:u w:val="single"/>
        </w:rPr>
      </w:pPr>
      <w:r w:rsidRPr="00496C99">
        <w:rPr>
          <w:rFonts w:ascii="Agency FB" w:hAnsi="Agency FB"/>
          <w:bCs/>
          <w:color w:val="000000"/>
          <w:sz w:val="46"/>
          <w:szCs w:val="32"/>
          <w:u w:val="single"/>
          <w:rtl/>
        </w:rPr>
        <w:t xml:space="preserve">إقرار وتعهد من </w:t>
      </w:r>
      <w:r w:rsidR="009300F5">
        <w:rPr>
          <w:rFonts w:ascii="Agency FB" w:hAnsi="Agency FB" w:hint="cs"/>
          <w:bCs/>
          <w:color w:val="000000"/>
          <w:sz w:val="46"/>
          <w:szCs w:val="32"/>
          <w:u w:val="single"/>
          <w:rtl/>
        </w:rPr>
        <w:t>صاحب العمل/الكفيل</w:t>
      </w:r>
    </w:p>
    <w:p w14:paraId="19DE2B7D" w14:textId="77777777" w:rsidR="00C731D8" w:rsidRPr="00F769F3" w:rsidRDefault="00000000" w:rsidP="009300F5">
      <w:pPr>
        <w:bidi/>
        <w:spacing w:after="80"/>
        <w:rPr>
          <w:rFonts w:ascii="Simplified Arabic" w:hAnsi="Simplified Arabic" w:cs="Simplified Arabic"/>
          <w:bCs/>
          <w:sz w:val="32"/>
          <w:szCs w:val="32"/>
        </w:rPr>
      </w:pPr>
      <w:r w:rsidRPr="00F769F3">
        <w:rPr>
          <w:rFonts w:ascii="Simplified Arabic" w:hAnsi="Simplified Arabic" w:cs="Simplified Arabic"/>
          <w:bCs/>
          <w:color w:val="000000"/>
          <w:sz w:val="40"/>
          <w:szCs w:val="32"/>
          <w:rtl/>
        </w:rPr>
        <w:t>الى:</w:t>
      </w:r>
    </w:p>
    <w:p w14:paraId="6EC3C970" w14:textId="0C69FEF1" w:rsidR="00C731D8" w:rsidRPr="00496C99" w:rsidRDefault="0062211E" w:rsidP="009300F5">
      <w:pPr>
        <w:bidi/>
        <w:spacing w:after="360"/>
        <w:jc w:val="lowKashida"/>
        <w:rPr>
          <w:rFonts w:ascii="Simplified Arabic" w:hAnsi="Simplified Arabic" w:cs="Simplified Arabic"/>
          <w:sz w:val="28"/>
          <w:szCs w:val="28"/>
        </w:rPr>
      </w:pPr>
      <w:r w:rsidRPr="00F769F3">
        <w:rPr>
          <w:rFonts w:ascii="Simplified Arabic" w:hAnsi="Simplified Arabic" w:cs="Simplified Arabic"/>
          <w:bCs/>
          <w:color w:val="000000"/>
          <w:sz w:val="40"/>
          <w:szCs w:val="32"/>
          <w:rtl/>
        </w:rPr>
        <w:t>السادة/السفارة الهندية بالرياض</w:t>
      </w:r>
      <w:r w:rsidR="009300F5">
        <w:rPr>
          <w:rFonts w:ascii="Simplified Arabic" w:hAnsi="Simplified Arabic" w:cs="Simplified Arabic" w:hint="cs"/>
          <w:bCs/>
          <w:color w:val="000000"/>
          <w:sz w:val="40"/>
          <w:szCs w:val="32"/>
          <w:rtl/>
        </w:rPr>
        <w:t xml:space="preserve"> </w:t>
      </w:r>
      <w:r w:rsidR="009300F5">
        <w:rPr>
          <w:rFonts w:ascii="Simplified Arabic" w:hAnsi="Simplified Arabic" w:cs="Simplified Arabic"/>
          <w:bCs/>
          <w:color w:val="000000"/>
          <w:sz w:val="40"/>
          <w:szCs w:val="32"/>
          <w:rtl/>
        </w:rPr>
        <w:tab/>
      </w:r>
      <w:r w:rsidR="009300F5">
        <w:rPr>
          <w:rFonts w:ascii="Simplified Arabic" w:hAnsi="Simplified Arabic" w:cs="Simplified Arabic"/>
          <w:bCs/>
          <w:color w:val="000000"/>
          <w:sz w:val="40"/>
          <w:szCs w:val="32"/>
          <w:rtl/>
        </w:rPr>
        <w:tab/>
      </w:r>
      <w:r w:rsidR="00000000" w:rsidRPr="00496C99">
        <w:rPr>
          <w:rFonts w:ascii="Simplified Arabic" w:hAnsi="Simplified Arabic" w:cs="Simplified Arabic"/>
          <w:b/>
          <w:color w:val="000000"/>
          <w:sz w:val="36"/>
          <w:szCs w:val="28"/>
          <w:rtl/>
        </w:rPr>
        <w:br/>
      </w:r>
      <w:r w:rsidR="00000000" w:rsidRPr="00496C99">
        <w:rPr>
          <w:rFonts w:ascii="Simplified Arabic" w:hAnsi="Simplified Arabic" w:cs="Simplified Arabic"/>
          <w:b/>
          <w:color w:val="000000"/>
          <w:sz w:val="36"/>
          <w:szCs w:val="28"/>
          <w:rtl/>
        </w:rPr>
        <w:br/>
      </w:r>
      <w:r w:rsidR="00000000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بهذا نقر</w:t>
      </w:r>
      <w:r w:rsidR="00496C99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</w:t>
      </w:r>
      <w:r w:rsidR="00496C99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ونتعهد</w:t>
      </w:r>
      <w:r w:rsidR="00496C99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نحن السادة/ 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........................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</w:t>
      </w:r>
      <w:r w:rsidR="00000000" w:rsidRPr="009217BA">
        <w:rPr>
          <w:rFonts w:ascii="Simplified Arabic" w:hAnsi="Simplified Arabic" w:cs="Simplified Arabic"/>
          <w:color w:val="000000"/>
          <w:sz w:val="26"/>
          <w:szCs w:val="18"/>
          <w:rtl/>
        </w:rPr>
        <w:t xml:space="preserve"> </w:t>
      </w:r>
      <w:r w:rsidR="002E2D48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ب</w:t>
      </w:r>
      <w:r w:rsidR="00000000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تصفية</w:t>
      </w:r>
      <w:r w:rsidR="00496C99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جميع</w:t>
      </w:r>
      <w:r w:rsidR="00000000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المستحق</w:t>
      </w:r>
      <w:r w:rsidR="002E2D48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ات النظامية لصالح المتوفي</w:t>
      </w:r>
      <w:r w:rsidR="00496C99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</w:t>
      </w:r>
      <w:r w:rsidR="002E2D48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المدعو/</w:t>
      </w:r>
      <w:r w:rsidR="00496C99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........................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</w:t>
      </w:r>
      <w:r w:rsidR="009217BA" w:rsidRPr="009217BA">
        <w:rPr>
          <w:rFonts w:ascii="Simplified Arabic" w:hAnsi="Simplified Arabic" w:cs="Simplified Arabic"/>
          <w:color w:val="000000"/>
          <w:sz w:val="26"/>
          <w:szCs w:val="18"/>
          <w:rtl/>
        </w:rPr>
        <w:t xml:space="preserve"> </w:t>
      </w:r>
      <w:r w:rsidR="00496C99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هندي الجنسية،</w:t>
      </w:r>
      <w:r w:rsidR="009300F5">
        <w:rPr>
          <w:rFonts w:ascii="Simplified Arabic" w:hAnsi="Simplified Arabic" w:cs="Simplified Arabic"/>
          <w:color w:val="000000"/>
          <w:sz w:val="36"/>
          <w:szCs w:val="28"/>
        </w:rPr>
        <w:t xml:space="preserve"> </w:t>
      </w:r>
      <w:r w:rsidR="009300F5">
        <w:rPr>
          <w:rFonts w:ascii="Simplified Arabic" w:hAnsi="Simplified Arabic" w:cs="Simplified Arabic" w:hint="cs"/>
          <w:color w:val="000000"/>
          <w:sz w:val="36"/>
          <w:szCs w:val="28"/>
          <w:rtl/>
        </w:rPr>
        <w:t xml:space="preserve">يحمل جواز السفر رقم </w:t>
      </w:r>
      <w:r w:rsidR="009300F5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</w:t>
      </w:r>
      <w:r w:rsidR="009300F5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</w:t>
      </w:r>
      <w:r w:rsidR="009300F5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</w:t>
      </w:r>
      <w:r w:rsidR="00496C99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</w:t>
      </w:r>
      <w:r w:rsidR="009300F5">
        <w:rPr>
          <w:rFonts w:ascii="Simplified Arabic" w:hAnsi="Simplified Arabic" w:cs="Simplified Arabic" w:hint="cs"/>
          <w:color w:val="000000"/>
          <w:sz w:val="36"/>
          <w:szCs w:val="28"/>
          <w:rtl/>
        </w:rPr>
        <w:t xml:space="preserve">والاقامة/الحدود رقم </w:t>
      </w:r>
      <w:r w:rsidR="009300F5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</w:t>
      </w:r>
      <w:r w:rsidR="009300F5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.....................................</w:t>
      </w:r>
      <w:r w:rsidR="009300F5">
        <w:rPr>
          <w:rFonts w:ascii="Simplified Arabic" w:hAnsi="Simplified Arabic" w:cs="Simplified Arabic" w:hint="cs"/>
          <w:color w:val="000000"/>
          <w:sz w:val="36"/>
          <w:szCs w:val="28"/>
          <w:rtl/>
        </w:rPr>
        <w:t xml:space="preserve"> </w:t>
      </w:r>
      <w:r w:rsidR="002E2D48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والذي توفي بتاريخ 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/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/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</w:t>
      </w:r>
      <w:r w:rsidR="002E2D48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 بالمملكة العربية السعودية</w:t>
      </w:r>
      <w:r w:rsidR="00000000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حسب </w:t>
      </w:r>
      <w:r w:rsidR="002E2D48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نظام العمل</w:t>
      </w:r>
      <w:r w:rsidR="00496C99">
        <w:rPr>
          <w:rFonts w:ascii="Simplified Arabic" w:hAnsi="Simplified Arabic" w:cs="Simplified Arabic" w:hint="cs"/>
          <w:color w:val="000000"/>
          <w:sz w:val="36"/>
          <w:szCs w:val="28"/>
          <w:rtl/>
        </w:rPr>
        <w:t xml:space="preserve"> والعمال</w:t>
      </w:r>
      <w:r w:rsidR="002E2D48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ب</w:t>
      </w:r>
      <w:r w:rsidR="00000000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المملكة العربية السعودية فور </w:t>
      </w:r>
      <w:r w:rsidR="00496C99">
        <w:rPr>
          <w:rFonts w:ascii="Simplified Arabic" w:hAnsi="Simplified Arabic" w:cs="Simplified Arabic" w:hint="cs"/>
          <w:color w:val="000000"/>
          <w:sz w:val="36"/>
          <w:szCs w:val="28"/>
          <w:rtl/>
        </w:rPr>
        <w:t>انتهاء</w:t>
      </w:r>
      <w:r w:rsidR="00000000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اجراءات </w:t>
      </w:r>
      <w:r w:rsidR="00496C99">
        <w:rPr>
          <w:rFonts w:ascii="Simplified Arabic" w:hAnsi="Simplified Arabic" w:cs="Simplified Arabic" w:hint="cs"/>
          <w:color w:val="000000"/>
          <w:sz w:val="36"/>
          <w:szCs w:val="28"/>
          <w:rtl/>
        </w:rPr>
        <w:t>الد</w:t>
      </w:r>
      <w:r w:rsidR="00000000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دفن</w:t>
      </w:r>
      <w:r w:rsidR="009217BA">
        <w:rPr>
          <w:rFonts w:ascii="Simplified Arabic" w:hAnsi="Simplified Arabic" w:cs="Simplified Arabic" w:hint="cs"/>
          <w:color w:val="000000"/>
          <w:sz w:val="36"/>
          <w:szCs w:val="28"/>
          <w:rtl/>
        </w:rPr>
        <w:t xml:space="preserve"> أو ال</w:t>
      </w:r>
      <w:r w:rsidR="00000000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ترحيل جثمان المتوفى</w:t>
      </w:r>
      <w:r w:rsidR="00496C99"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.</w:t>
      </w:r>
    </w:p>
    <w:p w14:paraId="6813B65C" w14:textId="10082343" w:rsidR="00C731D8" w:rsidRPr="00496C99" w:rsidRDefault="00000000" w:rsidP="00496C99">
      <w:pPr>
        <w:bidi/>
        <w:spacing w:after="720" w:line="312" w:lineRule="auto"/>
        <w:jc w:val="both"/>
        <w:rPr>
          <w:rFonts w:ascii="Simplified Arabic" w:hAnsi="Simplified Arabic" w:cs="Simplified Arabic"/>
          <w:sz w:val="28"/>
          <w:szCs w:val="28"/>
        </w:rPr>
      </w:pPr>
      <w:r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كما نتعهد أيضاً بأننا سوف </w:t>
      </w:r>
      <w:r w:rsidR="009217BA">
        <w:rPr>
          <w:rFonts w:ascii="Simplified Arabic" w:hAnsi="Simplified Arabic" w:cs="Simplified Arabic" w:hint="cs"/>
          <w:color w:val="000000"/>
          <w:sz w:val="36"/>
          <w:szCs w:val="28"/>
          <w:rtl/>
        </w:rPr>
        <w:t>نقوم</w:t>
      </w:r>
      <w:r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 </w:t>
      </w:r>
      <w:r w:rsidR="009217BA">
        <w:rPr>
          <w:rFonts w:ascii="Simplified Arabic" w:hAnsi="Simplified Arabic" w:cs="Simplified Arabic" w:hint="cs"/>
          <w:color w:val="000000"/>
          <w:sz w:val="36"/>
          <w:szCs w:val="28"/>
          <w:rtl/>
        </w:rPr>
        <w:t xml:space="preserve"> بارسال </w:t>
      </w:r>
      <w:r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ممتلكاته الشخصية</w:t>
      </w:r>
      <w:r w:rsidR="009217BA">
        <w:rPr>
          <w:rFonts w:ascii="Simplified Arabic" w:hAnsi="Simplified Arabic" w:cs="Simplified Arabic" w:hint="cs"/>
          <w:color w:val="000000"/>
          <w:sz w:val="36"/>
          <w:szCs w:val="28"/>
          <w:rtl/>
        </w:rPr>
        <w:t xml:space="preserve"> </w:t>
      </w:r>
      <w:r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 xml:space="preserve">الى </w:t>
      </w:r>
      <w:r w:rsidR="009217BA">
        <w:rPr>
          <w:rFonts w:ascii="Simplified Arabic" w:hAnsi="Simplified Arabic" w:cs="Simplified Arabic" w:hint="cs"/>
          <w:color w:val="000000"/>
          <w:sz w:val="36"/>
          <w:szCs w:val="28"/>
          <w:rtl/>
        </w:rPr>
        <w:t>ذويه ب</w:t>
      </w:r>
      <w:r w:rsidRPr="00496C99">
        <w:rPr>
          <w:rFonts w:ascii="Simplified Arabic" w:hAnsi="Simplified Arabic" w:cs="Simplified Arabic"/>
          <w:color w:val="000000"/>
          <w:sz w:val="36"/>
          <w:szCs w:val="28"/>
          <w:rtl/>
        </w:rPr>
        <w:t>الهند.</w:t>
      </w:r>
    </w:p>
    <w:p w14:paraId="02CE7546" w14:textId="4BD211AE" w:rsidR="00496C99" w:rsidRDefault="00496C99" w:rsidP="00496C99">
      <w:pPr>
        <w:bidi/>
        <w:spacing w:after="240" w:line="336" w:lineRule="auto"/>
        <w:rPr>
          <w:rFonts w:ascii="Simplified Arabic" w:hAnsi="Simplified Arabic" w:cs="Simplified Arabic" w:hint="cs"/>
          <w:b/>
          <w:color w:val="000000"/>
          <w:sz w:val="32"/>
          <w:szCs w:val="28"/>
          <w:rtl/>
        </w:rPr>
      </w:pPr>
      <w:r>
        <w:rPr>
          <w:rFonts w:ascii="Simplified Arabic" w:hAnsi="Simplified Arabic" w:cs="Simplified Arabic" w:hint="cs"/>
          <w:b/>
          <w:color w:val="000000"/>
          <w:sz w:val="32"/>
          <w:szCs w:val="28"/>
          <w:rtl/>
        </w:rPr>
        <w:t>اسم الكفيل/ المدير: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 xml:space="preserve"> 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</w:t>
      </w:r>
    </w:p>
    <w:p w14:paraId="6C5CAB9B" w14:textId="5A94C37C" w:rsidR="00496C99" w:rsidRDefault="00496C99" w:rsidP="00496C99">
      <w:pPr>
        <w:bidi/>
        <w:spacing w:after="240" w:line="336" w:lineRule="auto"/>
        <w:rPr>
          <w:rFonts w:ascii="Simplified Arabic" w:hAnsi="Simplified Arabic" w:cs="Simplified Arabic"/>
          <w:b/>
          <w:color w:val="000000"/>
          <w:sz w:val="32"/>
          <w:szCs w:val="28"/>
          <w:rtl/>
        </w:rPr>
      </w:pPr>
      <w:r>
        <w:rPr>
          <w:rFonts w:ascii="Simplified Arabic" w:hAnsi="Simplified Arabic" w:cs="Simplified Arabic" w:hint="cs"/>
          <w:b/>
          <w:color w:val="000000"/>
          <w:sz w:val="32"/>
          <w:szCs w:val="28"/>
          <w:rtl/>
        </w:rPr>
        <w:t>ال</w:t>
      </w:r>
      <w:r w:rsidR="00000000" w:rsidRPr="00496C99">
        <w:rPr>
          <w:rFonts w:ascii="Simplified Arabic" w:hAnsi="Simplified Arabic" w:cs="Simplified Arabic"/>
          <w:b/>
          <w:color w:val="000000"/>
          <w:sz w:val="32"/>
          <w:szCs w:val="28"/>
          <w:rtl/>
        </w:rPr>
        <w:t>توقيع:</w:t>
      </w:r>
      <w:r w:rsidR="0062211E" w:rsidRPr="00496C99">
        <w:rPr>
          <w:rFonts w:ascii="Simplified Arabic" w:hAnsi="Simplified Arabic" w:cs="Simplified Arabic"/>
          <w:b/>
          <w:color w:val="000000"/>
          <w:sz w:val="32"/>
          <w:szCs w:val="28"/>
        </w:rPr>
        <w:t xml:space="preserve"> 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........................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</w:t>
      </w:r>
    </w:p>
    <w:p w14:paraId="485D555B" w14:textId="77777777" w:rsidR="009217BA" w:rsidRDefault="00496C99" w:rsidP="009217BA">
      <w:pPr>
        <w:bidi/>
        <w:spacing w:after="240" w:line="336" w:lineRule="auto"/>
        <w:rPr>
          <w:rFonts w:ascii="Simplified Arabic" w:hAnsi="Simplified Arabic" w:cs="Simplified Arabic"/>
          <w:color w:val="000000"/>
          <w:sz w:val="26"/>
          <w:szCs w:val="18"/>
          <w:rtl/>
        </w:rPr>
      </w:pPr>
      <w:r w:rsidRPr="00496C99">
        <w:rPr>
          <w:rFonts w:ascii="Simplified Arabic" w:hAnsi="Simplified Arabic" w:cs="Simplified Arabic"/>
          <w:b/>
          <w:color w:val="000000"/>
          <w:sz w:val="32"/>
          <w:szCs w:val="28"/>
          <w:rtl/>
        </w:rPr>
        <w:t>التاريخ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........................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</w:t>
      </w:r>
      <w:r w:rsidR="009217BA" w:rsidRPr="009217BA">
        <w:rPr>
          <w:rFonts w:ascii="Simplified Arabic" w:hAnsi="Simplified Arabic" w:cs="Simplified Arabic"/>
          <w:color w:val="000000"/>
          <w:sz w:val="26"/>
          <w:szCs w:val="18"/>
          <w:rtl/>
        </w:rPr>
        <w:t xml:space="preserve"> </w:t>
      </w:r>
    </w:p>
    <w:p w14:paraId="41ADDCA2" w14:textId="7981F487" w:rsidR="009217BA" w:rsidRDefault="00496C99" w:rsidP="009217BA">
      <w:pPr>
        <w:bidi/>
        <w:spacing w:after="240" w:line="336" w:lineRule="auto"/>
        <w:rPr>
          <w:rFonts w:ascii="Simplified Arabic" w:hAnsi="Simplified Arabic" w:cs="Simplified Arabic"/>
          <w:color w:val="000000"/>
          <w:sz w:val="26"/>
          <w:szCs w:val="18"/>
          <w:rtl/>
        </w:rPr>
      </w:pPr>
      <w:r>
        <w:rPr>
          <w:rFonts w:ascii="Simplified Arabic" w:hAnsi="Simplified Arabic" w:cs="Simplified Arabic" w:hint="cs"/>
          <w:b/>
          <w:color w:val="000000"/>
          <w:sz w:val="32"/>
          <w:szCs w:val="28"/>
          <w:rtl/>
        </w:rPr>
        <w:t>رقم الاتصال</w:t>
      </w:r>
      <w:r w:rsidR="009217BA">
        <w:rPr>
          <w:rFonts w:ascii="Simplified Arabic" w:hAnsi="Simplified Arabic" w:cs="Simplified Arabic" w:hint="cs"/>
          <w:b/>
          <w:color w:val="000000"/>
          <w:sz w:val="32"/>
          <w:szCs w:val="28"/>
          <w:rtl/>
        </w:rPr>
        <w:t>/الجوال</w:t>
      </w:r>
      <w:r>
        <w:rPr>
          <w:rFonts w:ascii="Simplified Arabic" w:hAnsi="Simplified Arabic" w:cs="Simplified Arabic" w:hint="cs"/>
          <w:b/>
          <w:color w:val="000000"/>
          <w:sz w:val="32"/>
          <w:szCs w:val="28"/>
          <w:rtl/>
        </w:rPr>
        <w:t xml:space="preserve">: 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........................</w:t>
      </w:r>
      <w:r w:rsid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</w:t>
      </w:r>
      <w:r w:rsidR="009217BA"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</w:t>
      </w:r>
    </w:p>
    <w:p w14:paraId="065E571F" w14:textId="721DE145" w:rsidR="009217BA" w:rsidRPr="009217BA" w:rsidRDefault="009217BA" w:rsidP="009217BA">
      <w:pPr>
        <w:bidi/>
        <w:spacing w:after="240" w:line="336" w:lineRule="auto"/>
        <w:rPr>
          <w:rFonts w:ascii="Simplified Arabic" w:hAnsi="Simplified Arabic" w:cs="Simplified Arabic"/>
          <w:b/>
          <w:color w:val="000000"/>
          <w:sz w:val="32"/>
          <w:szCs w:val="28"/>
          <w:rtl/>
        </w:rPr>
      </w:pPr>
      <w:r>
        <w:rPr>
          <w:rFonts w:ascii="Simplified Arabic" w:hAnsi="Simplified Arabic" w:cs="Simplified Arabic" w:hint="cs"/>
          <w:b/>
          <w:color w:val="000000"/>
          <w:sz w:val="32"/>
          <w:szCs w:val="28"/>
          <w:rtl/>
        </w:rPr>
        <w:t>البريد الالكتروني:</w:t>
      </w:r>
      <w:r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.......................</w:t>
      </w:r>
      <w:r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</w:t>
      </w:r>
      <w:r w:rsidRPr="009217BA">
        <w:rPr>
          <w:rFonts w:ascii="Simplified Arabic" w:hAnsi="Simplified Arabic" w:cs="Simplified Arabic" w:hint="cs"/>
          <w:color w:val="000000"/>
          <w:sz w:val="26"/>
          <w:szCs w:val="18"/>
          <w:rtl/>
        </w:rPr>
        <w:t>.....................</w:t>
      </w:r>
    </w:p>
    <w:p w14:paraId="5747DE2F" w14:textId="429DFADE" w:rsidR="00C731D8" w:rsidRPr="00496C99" w:rsidRDefault="00000000" w:rsidP="009217BA">
      <w:pPr>
        <w:bidi/>
        <w:spacing w:after="240" w:line="336" w:lineRule="auto"/>
        <w:rPr>
          <w:rFonts w:ascii="Agency FB" w:hAnsi="Agency FB"/>
        </w:rPr>
      </w:pPr>
      <w:r w:rsidRPr="00496C99">
        <w:rPr>
          <w:rFonts w:ascii="Simplified Arabic" w:hAnsi="Simplified Arabic" w:cs="Simplified Arabic"/>
          <w:b/>
          <w:color w:val="000000"/>
          <w:sz w:val="32"/>
          <w:szCs w:val="28"/>
          <w:rtl/>
        </w:rPr>
        <w:br/>
        <w:t xml:space="preserve">ختم الشركة/ </w:t>
      </w:r>
      <w:r w:rsidR="00496C99">
        <w:rPr>
          <w:rFonts w:ascii="Simplified Arabic" w:hAnsi="Simplified Arabic" w:cs="Simplified Arabic" w:hint="cs"/>
          <w:b/>
          <w:color w:val="000000"/>
          <w:sz w:val="32"/>
          <w:szCs w:val="28"/>
          <w:rtl/>
        </w:rPr>
        <w:t>المنشاة</w:t>
      </w:r>
    </w:p>
    <w:sectPr w:rsidR="00C731D8" w:rsidRPr="00496C99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71204" w14:textId="77777777" w:rsidR="00B962F6" w:rsidRDefault="00B962F6" w:rsidP="0062211E">
      <w:pPr>
        <w:spacing w:after="0" w:line="240" w:lineRule="auto"/>
      </w:pPr>
      <w:r>
        <w:separator/>
      </w:r>
    </w:p>
  </w:endnote>
  <w:endnote w:type="continuationSeparator" w:id="0">
    <w:p w14:paraId="6F79AD41" w14:textId="77777777" w:rsidR="00B962F6" w:rsidRDefault="00B962F6" w:rsidP="00622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EC112" w14:textId="77777777" w:rsidR="0062211E" w:rsidRDefault="006221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31A3A" w14:textId="77777777" w:rsidR="0062211E" w:rsidRDefault="006221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C27DB" w14:textId="77777777" w:rsidR="0062211E" w:rsidRDefault="006221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124AD" w14:textId="77777777" w:rsidR="00B962F6" w:rsidRDefault="00B962F6" w:rsidP="0062211E">
      <w:pPr>
        <w:spacing w:after="0" w:line="240" w:lineRule="auto"/>
      </w:pPr>
      <w:r>
        <w:separator/>
      </w:r>
    </w:p>
  </w:footnote>
  <w:footnote w:type="continuationSeparator" w:id="0">
    <w:p w14:paraId="3ED29766" w14:textId="77777777" w:rsidR="00B962F6" w:rsidRDefault="00B962F6" w:rsidP="00622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FE7C8" w14:textId="77777777" w:rsidR="0062211E" w:rsidRDefault="006221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6018242"/>
      <w:docPartObj>
        <w:docPartGallery w:val="Watermarks"/>
        <w:docPartUnique/>
      </w:docPartObj>
    </w:sdtPr>
    <w:sdtContent>
      <w:p w14:paraId="7B0B46AF" w14:textId="275CC1A9" w:rsidR="0062211E" w:rsidRDefault="0062211E">
        <w:pPr>
          <w:pStyle w:val="Header"/>
        </w:pPr>
        <w:r>
          <w:rPr>
            <w:noProof/>
          </w:rPr>
          <w:pict w14:anchorId="6771D2B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33359783" o:spid="_x0000_s1025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#7f7f7f [1612]" stroked="f">
              <v:fill opacity=".5"/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3798" w14:textId="77777777" w:rsidR="0062211E" w:rsidRDefault="006221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6818214">
    <w:abstractNumId w:val="8"/>
  </w:num>
  <w:num w:numId="2" w16cid:durableId="655111320">
    <w:abstractNumId w:val="6"/>
  </w:num>
  <w:num w:numId="3" w16cid:durableId="1834636684">
    <w:abstractNumId w:val="5"/>
  </w:num>
  <w:num w:numId="4" w16cid:durableId="1443912345">
    <w:abstractNumId w:val="4"/>
  </w:num>
  <w:num w:numId="5" w16cid:durableId="2087142311">
    <w:abstractNumId w:val="7"/>
  </w:num>
  <w:num w:numId="6" w16cid:durableId="1843085296">
    <w:abstractNumId w:val="3"/>
  </w:num>
  <w:num w:numId="7" w16cid:durableId="1085102959">
    <w:abstractNumId w:val="2"/>
  </w:num>
  <w:num w:numId="8" w16cid:durableId="1876768892">
    <w:abstractNumId w:val="1"/>
  </w:num>
  <w:num w:numId="9" w16cid:durableId="1282881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2D48"/>
    <w:rsid w:val="00326F90"/>
    <w:rsid w:val="00496C99"/>
    <w:rsid w:val="0055682C"/>
    <w:rsid w:val="0062211E"/>
    <w:rsid w:val="009217BA"/>
    <w:rsid w:val="009300F5"/>
    <w:rsid w:val="00AA1D8D"/>
    <w:rsid w:val="00B47730"/>
    <w:rsid w:val="00B962F6"/>
    <w:rsid w:val="00C40D7C"/>
    <w:rsid w:val="00C731D8"/>
    <w:rsid w:val="00CB0664"/>
    <w:rsid w:val="00F769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406F13"/>
  <w14:defaultImageDpi w14:val="300"/>
  <w15:docId w15:val="{3C26DA5D-AFC4-4B04-8738-C50B5F734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dell</cp:lastModifiedBy>
  <cp:revision>4</cp:revision>
  <cp:lastPrinted>2026-09-28T09:50:00Z</cp:lastPrinted>
  <dcterms:created xsi:type="dcterms:W3CDTF">2013-12-23T23:15:00Z</dcterms:created>
  <dcterms:modified xsi:type="dcterms:W3CDTF">2026-09-28T11:39:00Z</dcterms:modified>
  <cp:category/>
</cp:coreProperties>
</file>