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7BAA1" w14:textId="77777777" w:rsidR="00BE5D29" w:rsidRDefault="00000000">
      <w:pPr>
        <w:jc w:val="center"/>
      </w:pPr>
      <w:r>
        <w:rPr>
          <w:b/>
          <w:sz w:val="26"/>
          <w:u w:val="single"/>
        </w:rPr>
        <w:t>UNDERTAKING FROM SPONSOR</w:t>
      </w:r>
    </w:p>
    <w:p w14:paraId="26FF93F9" w14:textId="77777777" w:rsidR="00BE5D29" w:rsidRDefault="00BE5D29"/>
    <w:p w14:paraId="35DC8E00" w14:textId="77777777" w:rsidR="00BE5D29" w:rsidRDefault="00000000">
      <w:r>
        <w:t>To,</w:t>
      </w:r>
    </w:p>
    <w:p w14:paraId="5262ADD5" w14:textId="77777777" w:rsidR="00972C99" w:rsidRDefault="00972C99" w:rsidP="00972C99">
      <w:pPr>
        <w:spacing w:after="0" w:line="240" w:lineRule="auto"/>
        <w:rPr>
          <w:b/>
        </w:rPr>
      </w:pPr>
      <w:r>
        <w:rPr>
          <w:b/>
        </w:rPr>
        <w:t xml:space="preserve">Welfare Officer </w:t>
      </w:r>
      <w:r w:rsidR="00000000">
        <w:rPr>
          <w:b/>
        </w:rPr>
        <w:t>(CW)</w:t>
      </w:r>
    </w:p>
    <w:p w14:paraId="66E18A5B" w14:textId="74EA0F87" w:rsidR="00BE5D29" w:rsidRDefault="00972C99" w:rsidP="00972C99">
      <w:r>
        <w:t>Embassy</w:t>
      </w:r>
      <w:r w:rsidR="00000000">
        <w:t xml:space="preserve"> of India</w:t>
      </w:r>
      <w:r w:rsidR="00000000">
        <w:br/>
      </w:r>
      <w:r>
        <w:t>Riyadh</w:t>
      </w:r>
    </w:p>
    <w:p w14:paraId="7585A929" w14:textId="77777777" w:rsidR="00BE5D29" w:rsidRDefault="00BE5D29"/>
    <w:p w14:paraId="23B77D83" w14:textId="77777777" w:rsidR="00BE5D29" w:rsidRDefault="00000000">
      <w:r>
        <w:t>Sir</w:t>
      </w:r>
    </w:p>
    <w:p w14:paraId="5156C88E" w14:textId="78A7AA35" w:rsidR="00BE5D29" w:rsidRDefault="00000000" w:rsidP="00972C99">
      <w:pPr>
        <w:spacing w:after="240" w:line="312" w:lineRule="auto"/>
        <w:jc w:val="both"/>
      </w:pPr>
      <w:r>
        <w:t xml:space="preserve">We are the </w:t>
      </w:r>
      <w:r w:rsidR="00972C99">
        <w:t>C</w:t>
      </w:r>
      <w:r>
        <w:t>ompany</w:t>
      </w:r>
      <w:r w:rsidR="00972C99">
        <w:t>/</w:t>
      </w:r>
      <w:r w:rsidR="00972C99">
        <w:t>Sponsor</w:t>
      </w:r>
      <w:r>
        <w:t xml:space="preserve"> .................................................... based in ............................. This is to inform you that Mr./Ms. .................................................... working as .................................................... under our sponsorship holding Iqama No. ................................. and Indian passport</w:t>
      </w:r>
      <w:r w:rsidR="00972C99">
        <w:t xml:space="preserve"> </w:t>
      </w:r>
      <w:r>
        <w:t>No.</w:t>
      </w:r>
      <w:r w:rsidR="00972C99">
        <w:t>….</w:t>
      </w:r>
      <w:r>
        <w:t>.................................................... died on .................................................... due to</w:t>
      </w:r>
      <w:r w:rsidR="00972C99">
        <w:t xml:space="preserve"> ………………………………</w:t>
      </w:r>
    </w:p>
    <w:p w14:paraId="0958D1BF" w14:textId="77777777" w:rsidR="00BE5D29" w:rsidRDefault="00000000" w:rsidP="00972C99">
      <w:pPr>
        <w:spacing w:after="240" w:line="312" w:lineRule="auto"/>
        <w:jc w:val="both"/>
      </w:pPr>
      <w:r>
        <w:t>We hereby undertake to settle all entitled dues as per the rules and regulation laid down by the Ministry of Human Resources and Social Development, Kingdom of Saudi Arabia immediately for the burial/transportation of the deceased.</w:t>
      </w:r>
    </w:p>
    <w:p w14:paraId="2F733DEA" w14:textId="2265E799" w:rsidR="00BE5D29" w:rsidRDefault="00972C99">
      <w:pPr>
        <w:spacing w:after="480" w:line="312" w:lineRule="auto"/>
      </w:pPr>
      <w:r>
        <w:t xml:space="preserve">                        </w:t>
      </w:r>
      <w:r w:rsidR="00000000">
        <w:t>We also undertake to dispatch his belongings and valuables to India.</w:t>
      </w:r>
    </w:p>
    <w:p w14:paraId="731B1651" w14:textId="33CD9722" w:rsidR="00BE5D29" w:rsidRDefault="00972C99" w:rsidP="00972C99">
      <w:pPr>
        <w:spacing w:after="80" w:line="288" w:lineRule="auto"/>
        <w:jc w:val="right"/>
      </w:pPr>
      <w:r>
        <w:t xml:space="preserve"> </w:t>
      </w:r>
      <w:r w:rsidR="00000000">
        <w:t>Signature: .....................................................................................</w:t>
      </w:r>
    </w:p>
    <w:p w14:paraId="7134193C" w14:textId="0B5DAEE8" w:rsidR="00BE5D29" w:rsidRDefault="00000000" w:rsidP="00972C99">
      <w:pPr>
        <w:spacing w:after="80" w:line="288" w:lineRule="auto"/>
        <w:jc w:val="right"/>
      </w:pPr>
      <w:r>
        <w:t>Name of the signatory: .................................................................</w:t>
      </w:r>
    </w:p>
    <w:p w14:paraId="76B8FDB7" w14:textId="77777777" w:rsidR="00BE5D29" w:rsidRDefault="00000000" w:rsidP="00972C99">
      <w:pPr>
        <w:spacing w:after="80" w:line="288" w:lineRule="auto"/>
        <w:jc w:val="right"/>
      </w:pPr>
      <w:r>
        <w:t>Dated : ..........................................................................................</w:t>
      </w:r>
    </w:p>
    <w:p w14:paraId="31EA5D7A" w14:textId="61FA1539" w:rsidR="00BE5D29" w:rsidRDefault="00000000" w:rsidP="00972C99">
      <w:pPr>
        <w:spacing w:after="80" w:line="288" w:lineRule="auto"/>
        <w:jc w:val="right"/>
      </w:pPr>
      <w:r>
        <w:t>Mobile No. ......................................................</w:t>
      </w:r>
      <w:r w:rsidR="00972C99">
        <w:t>..</w:t>
      </w:r>
      <w:r>
        <w:t>............................</w:t>
      </w:r>
    </w:p>
    <w:p w14:paraId="0710DEE0" w14:textId="79578D2F" w:rsidR="00BE5D29" w:rsidRDefault="00000000" w:rsidP="00972C99">
      <w:pPr>
        <w:spacing w:after="80" w:line="288" w:lineRule="auto"/>
        <w:jc w:val="right"/>
      </w:pPr>
      <w:r>
        <w:t>Email: .................................................................</w:t>
      </w:r>
      <w:r w:rsidR="00972C99">
        <w:t>..</w:t>
      </w:r>
      <w:r>
        <w:t>.........................</w:t>
      </w:r>
    </w:p>
    <w:p w14:paraId="2D42EAC7" w14:textId="77777777" w:rsidR="00BE5D29" w:rsidRDefault="00000000" w:rsidP="00972C99">
      <w:pPr>
        <w:spacing w:after="80" w:line="288" w:lineRule="auto"/>
        <w:jc w:val="right"/>
      </w:pPr>
      <w:r>
        <w:t>Seal of the Company/Sponsor:</w:t>
      </w:r>
    </w:p>
    <w:sectPr w:rsidR="00BE5D29"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AC39" w14:textId="77777777" w:rsidR="00237AAA" w:rsidRDefault="00237AAA" w:rsidP="00972C99">
      <w:pPr>
        <w:spacing w:after="0" w:line="240" w:lineRule="auto"/>
      </w:pPr>
      <w:r>
        <w:separator/>
      </w:r>
    </w:p>
  </w:endnote>
  <w:endnote w:type="continuationSeparator" w:id="0">
    <w:p w14:paraId="53C8AD0C" w14:textId="77777777" w:rsidR="00237AAA" w:rsidRDefault="00237AAA" w:rsidP="00972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0D83" w14:textId="77777777" w:rsidR="00972C99" w:rsidRDefault="00972C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0823" w14:textId="77777777" w:rsidR="00972C99" w:rsidRDefault="00972C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CD20" w14:textId="77777777" w:rsidR="00972C99" w:rsidRDefault="00972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F8DA" w14:textId="77777777" w:rsidR="00237AAA" w:rsidRDefault="00237AAA" w:rsidP="00972C99">
      <w:pPr>
        <w:spacing w:after="0" w:line="240" w:lineRule="auto"/>
      </w:pPr>
      <w:r>
        <w:separator/>
      </w:r>
    </w:p>
  </w:footnote>
  <w:footnote w:type="continuationSeparator" w:id="0">
    <w:p w14:paraId="3B754DCF" w14:textId="77777777" w:rsidR="00237AAA" w:rsidRDefault="00237AAA" w:rsidP="00972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78B9" w14:textId="77777777" w:rsidR="00972C99" w:rsidRDefault="00972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899075"/>
      <w:docPartObj>
        <w:docPartGallery w:val="Watermarks"/>
        <w:docPartUnique/>
      </w:docPartObj>
    </w:sdtPr>
    <w:sdtContent>
      <w:p w14:paraId="56C89144" w14:textId="07952AD7" w:rsidR="00972C99" w:rsidRDefault="00972C99">
        <w:pPr>
          <w:pStyle w:val="Header"/>
        </w:pPr>
        <w:r>
          <w:rPr>
            <w:noProof/>
          </w:rPr>
          <w:pict w14:anchorId="4FEFEC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2729205"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AE78" w14:textId="77777777" w:rsidR="00972C99" w:rsidRDefault="00972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4359821">
    <w:abstractNumId w:val="8"/>
  </w:num>
  <w:num w:numId="2" w16cid:durableId="1536229852">
    <w:abstractNumId w:val="6"/>
  </w:num>
  <w:num w:numId="3" w16cid:durableId="51779896">
    <w:abstractNumId w:val="5"/>
  </w:num>
  <w:num w:numId="4" w16cid:durableId="1485705378">
    <w:abstractNumId w:val="4"/>
  </w:num>
  <w:num w:numId="5" w16cid:durableId="429550155">
    <w:abstractNumId w:val="7"/>
  </w:num>
  <w:num w:numId="6" w16cid:durableId="423959945">
    <w:abstractNumId w:val="3"/>
  </w:num>
  <w:num w:numId="7" w16cid:durableId="1384251814">
    <w:abstractNumId w:val="2"/>
  </w:num>
  <w:num w:numId="8" w16cid:durableId="387270183">
    <w:abstractNumId w:val="1"/>
  </w:num>
  <w:num w:numId="9" w16cid:durableId="98547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AAA"/>
    <w:rsid w:val="0028411C"/>
    <w:rsid w:val="0029639D"/>
    <w:rsid w:val="00326F90"/>
    <w:rsid w:val="00972C99"/>
    <w:rsid w:val="00AA1D8D"/>
    <w:rsid w:val="00B47730"/>
    <w:rsid w:val="00BE5D2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5A5762"/>
  <w14:defaultImageDpi w14:val="300"/>
  <w15:docId w15:val="{986B727B-DDA9-4C03-902C-A5C14922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cp:lastPrinted>2026-09-28T09:04:00Z</cp:lastPrinted>
  <dcterms:created xsi:type="dcterms:W3CDTF">2013-12-23T23:15:00Z</dcterms:created>
  <dcterms:modified xsi:type="dcterms:W3CDTF">2026-09-28T09:05:00Z</dcterms:modified>
  <cp:category/>
</cp:coreProperties>
</file>